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Tool name: Tool design document</w:t>
      </w:r>
    </w:p>
    <w:p>
      <w:pPr>
        <w:pStyle w:val="Heading1"/>
      </w:pPr>
      <w:r>
        <w:t>1. Pitch</w:t>
      </w:r>
    </w:p>
    <w:p>
      <w:r>
        <w:rPr>
          <w:i/>
          <w:sz w:val="22"/>
        </w:rPr>
        <w:t>Describe your tool in two sentences. Say who uses it and what job it does for them.</w:t>
      </w:r>
    </w:p>
    <w:p>
      <w:pPr>
        <w:pStyle w:val="Heading1"/>
      </w:pPr>
      <w:r>
        <w:t>2. User and goal</w:t>
      </w:r>
    </w:p>
    <w:p>
      <w:r>
        <w:rPr>
          <w:i/>
          <w:sz w:val="22"/>
        </w:rPr>
        <w:t>Say who uses the tool and what they are trying to get done. Say how they do it today without the tool, and what is slow or annoying about that.</w:t>
      </w:r>
    </w:p>
    <w:p>
      <w:pPr>
        <w:pStyle w:val="Heading1"/>
      </w:pPr>
      <w:r>
        <w:t>3. Controls</w:t>
      </w:r>
    </w:p>
    <w:p>
      <w:r>
        <w:rPr>
          <w:i/>
          <w:sz w:val="22"/>
        </w:rPr>
        <w:t>List every button, key, click, or box the person uses, and what each one does.</w:t>
      </w:r>
    </w:p>
    <w:p>
      <w:pPr>
        <w:pStyle w:val="Heading1"/>
      </w:pPr>
      <w:r>
        <w:t>4. Rules: what the tool does</w:t>
      </w:r>
    </w:p>
    <w:p>
      <w:r>
        <w:rPr>
          <w:i/>
          <w:sz w:val="22"/>
        </w:rPr>
        <w:t>Write each rule of the tool as one sentence. Use exact numbers. Put the full list, with a worked example for each rule, in the Rules sheet of ToolData.xlsx.</w:t>
      </w:r>
    </w:p>
    <w:p>
      <w:pPr>
        <w:pStyle w:val="Heading1"/>
      </w:pPr>
      <w:r>
        <w:t>5. Inputs and outputs</w:t>
      </w:r>
    </w:p>
    <w:p>
      <w:r>
        <w:rPr>
          <w:i/>
          <w:sz w:val="22"/>
        </w:rPr>
        <w:t>Say what the person puts in, such as a file, typed text, numbers, or a choice. Say what the tool gives back, such as a file, a list, a number, or a picture. Say what happens when the input is wrong or missing.</w:t>
      </w:r>
    </w:p>
    <w:p>
      <w:pPr>
        <w:pStyle w:val="Heading1"/>
      </w:pPr>
      <w:r>
        <w:t>6. Walkthrough: one use from start to finish</w:t>
      </w:r>
    </w:p>
    <w:p>
      <w:r>
        <w:rPr>
          <w:i/>
          <w:sz w:val="22"/>
        </w:rPr>
        <w:t>Walk through one use from start to finish: what the person sees, decides, and does, and what they end up with.</w:t>
      </w:r>
    </w:p>
    <w:p>
      <w:pPr>
        <w:pStyle w:val="Heading1"/>
      </w:pPr>
      <w:r>
        <w:t>7. Screens and interface</w:t>
      </w:r>
    </w:p>
    <w:p>
      <w:r>
        <w:rPr>
          <w:i/>
          <w:sz w:val="22"/>
        </w:rPr>
        <w:t>Describe each screen or panel, from the first thing the person sees to the result. Say what is on each one.</w:t>
      </w:r>
    </w:p>
    <w:p>
      <w:pPr>
        <w:pStyle w:val="Heading1"/>
      </w:pPr>
      <w:r>
        <w:t>8. Look, wording and privacy</w:t>
      </w:r>
    </w:p>
    <w:p>
      <w:r>
        <w:rPr>
          <w:i/>
          <w:sz w:val="22"/>
        </w:rPr>
        <w:t>Describe the look and the wording, such as plain, friendly, or formal. Say what information the person puts in and whether any of it is private. List any images or sounds in the Assets sheet of ToolData.xlsx.</w:t>
      </w:r>
    </w:p>
    <w:p>
      <w:pPr>
        <w:pStyle w:val="Heading1"/>
      </w:pPr>
      <w:r>
        <w:t>9. Scope</w:t>
      </w:r>
    </w:p>
    <w:p>
      <w:r>
        <w:rPr>
          <w:i/>
          <w:sz w:val="22"/>
        </w:rPr>
        <w:t>Make three lists: Must have, Nice to have, and Left out. Keep Must have short enough to build in a week.</w:t>
      </w:r>
    </w:p>
    <w:p>
      <w:pPr>
        <w:pStyle w:val="Heading1"/>
      </w:pPr>
      <w:r>
        <w:t>10. AI use statement</w:t>
      </w:r>
    </w:p>
    <w:p>
      <w:r>
        <w:rPr>
          <w:i/>
          <w:sz w:val="22"/>
        </w:rPr>
        <w:t>If you used AI for any part of this project, say which tool, what you asked it, and how you checked its answer. If you did not use AI, write "We did not use 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