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Game name: Game design document</w:t>
      </w:r>
    </w:p>
    <w:p>
      <w:pPr>
        <w:pStyle w:val="Heading1"/>
      </w:pPr>
      <w:r>
        <w:t>1. Pitch</w:t>
      </w:r>
    </w:p>
    <w:p>
      <w:r>
        <w:rPr>
          <w:i/>
          <w:sz w:val="22"/>
        </w:rPr>
        <w:t>Describe your game in two sentences. Say what the player does and why it is fun.</w:t>
      </w:r>
    </w:p>
    <w:p>
      <w:pPr>
        <w:pStyle w:val="Heading1"/>
      </w:pPr>
      <w:r>
        <w:t>2. Player and goal</w:t>
      </w:r>
    </w:p>
    <w:p>
      <w:r>
        <w:rPr>
          <w:i/>
          <w:sz w:val="22"/>
        </w:rPr>
        <w:t>Say who the player is and what they are trying to do. One short paragraph.</w:t>
      </w:r>
    </w:p>
    <w:p>
      <w:pPr>
        <w:pStyle w:val="Heading1"/>
      </w:pPr>
      <w:r>
        <w:t>3. Controls</w:t>
      </w:r>
    </w:p>
    <w:p>
      <w:r>
        <w:rPr>
          <w:i/>
          <w:sz w:val="22"/>
        </w:rPr>
        <w:t>List every key, click, or tap the player uses, and what each one does.</w:t>
      </w:r>
    </w:p>
    <w:p>
      <w:pPr>
        <w:pStyle w:val="Heading1"/>
      </w:pPr>
      <w:r>
        <w:t>4. Mechanics: the rules</w:t>
      </w:r>
    </w:p>
    <w:p>
      <w:r>
        <w:rPr>
          <w:i/>
          <w:sz w:val="22"/>
        </w:rPr>
        <w:t>Write each rule of the game as one sentence. Use exact numbers. Put the full list in the Rules sheet of GameData.xlsx.</w:t>
      </w:r>
    </w:p>
    <w:p>
      <w:pPr>
        <w:pStyle w:val="Heading1"/>
      </w:pPr>
      <w:r>
        <w:t>5. Winning and losing</w:t>
      </w:r>
    </w:p>
    <w:p>
      <w:r>
        <w:rPr>
          <w:i/>
          <w:sz w:val="22"/>
        </w:rPr>
        <w:t>Say exactly how the player wins and how the player loses.</w:t>
      </w:r>
    </w:p>
    <w:p>
      <w:pPr>
        <w:pStyle w:val="Heading1"/>
      </w:pPr>
      <w:r>
        <w:t>6. Dynamics: how a round plays</w:t>
      </w:r>
    </w:p>
    <w:p>
      <w:r>
        <w:rPr>
          <w:i/>
          <w:sz w:val="22"/>
        </w:rPr>
        <w:t>Walk through one round from start to finish: what the player sees, decides, and does.</w:t>
      </w:r>
    </w:p>
    <w:p>
      <w:pPr>
        <w:pStyle w:val="Heading1"/>
      </w:pPr>
      <w:r>
        <w:t>7. Screens and interface</w:t>
      </w:r>
    </w:p>
    <w:p>
      <w:r>
        <w:rPr>
          <w:i/>
          <w:sz w:val="22"/>
        </w:rPr>
        <w:t>Describe each screen: the start screen, the game screen, and the end screen. Say what is on each one.</w:t>
      </w:r>
    </w:p>
    <w:p>
      <w:pPr>
        <w:pStyle w:val="Heading1"/>
      </w:pPr>
      <w:r>
        <w:t>8. Aesthetics: look, sound and mood</w:t>
      </w:r>
    </w:p>
    <w:p>
      <w:r>
        <w:rPr>
          <w:i/>
          <w:sz w:val="22"/>
        </w:rPr>
        <w:t>Describe the look, the sounds, and the mood. Name any images or sounds you plan to use, and list them in the Assets sheet.</w:t>
      </w:r>
    </w:p>
    <w:p>
      <w:pPr>
        <w:pStyle w:val="Heading1"/>
      </w:pPr>
      <w:r>
        <w:t>9. Scope</w:t>
      </w:r>
    </w:p>
    <w:p>
      <w:r>
        <w:rPr>
          <w:i/>
          <w:sz w:val="22"/>
        </w:rPr>
        <w:t>Make three lists: Must have, Nice to have, and Left out. Keep Must have short enough to build in a week.</w:t>
      </w:r>
    </w:p>
    <w:p>
      <w:pPr>
        <w:pStyle w:val="Heading1"/>
      </w:pPr>
      <w:r>
        <w:t>10. AI use statement</w:t>
      </w:r>
    </w:p>
    <w:p>
      <w:r>
        <w:rPr>
          <w:i/>
          <w:sz w:val="22"/>
        </w:rPr>
        <w:t>If you used AI for any part of this project, say which tool, what you asked it, and how you checked its answer. If you did not use AI, write "We did not use 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